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40B" w14:textId="77777777" w:rsidR="004F66AC" w:rsidRPr="00914DD7" w:rsidRDefault="00000000">
      <w:pPr>
        <w:jc w:val="center"/>
        <w:rPr>
          <w:lang w:val="ru-RU"/>
        </w:rPr>
      </w:pPr>
      <w:r w:rsidRPr="00914DD7">
        <w:rPr>
          <w:b/>
          <w:sz w:val="28"/>
          <w:lang w:val="ru-RU"/>
        </w:rPr>
        <w:t>ХМЕЛЬНИЦЬКИЙ НАЦІОНАЛЬНИЙ УНІВЕРСИТЕТ</w:t>
      </w:r>
    </w:p>
    <w:p w14:paraId="2AF50988" w14:textId="77777777" w:rsidR="004F66AC" w:rsidRPr="00914DD7" w:rsidRDefault="00000000">
      <w:pPr>
        <w:jc w:val="center"/>
        <w:rPr>
          <w:lang w:val="ru-RU"/>
        </w:rPr>
      </w:pPr>
      <w:r w:rsidRPr="00914DD7">
        <w:rPr>
          <w:b/>
          <w:lang w:val="ru-RU"/>
        </w:rPr>
        <w:t>ФАКУЛЬТЕТ ІНЖЕНЕРІЇ ТРАНСПОРТУ ТА АРХІТЕКТУРИ</w:t>
      </w:r>
    </w:p>
    <w:p w14:paraId="157B7097" w14:textId="77777777" w:rsidR="004F66AC" w:rsidRDefault="00000000">
      <w:pPr>
        <w:jc w:val="center"/>
        <w:rPr>
          <w:b/>
          <w:lang w:val="uk-UA"/>
        </w:rPr>
      </w:pPr>
      <w:r w:rsidRPr="00914DD7">
        <w:rPr>
          <w:b/>
          <w:lang w:val="ru-RU"/>
        </w:rPr>
        <w:t xml:space="preserve">Кафедра </w:t>
      </w:r>
      <w:proofErr w:type="spellStart"/>
      <w:r w:rsidRPr="00914DD7">
        <w:rPr>
          <w:b/>
          <w:lang w:val="ru-RU"/>
        </w:rPr>
        <w:t>галузевого</w:t>
      </w:r>
      <w:proofErr w:type="spellEnd"/>
      <w:r w:rsidRPr="00914DD7">
        <w:rPr>
          <w:b/>
          <w:lang w:val="ru-RU"/>
        </w:rPr>
        <w:t xml:space="preserve"> </w:t>
      </w:r>
      <w:proofErr w:type="spellStart"/>
      <w:r w:rsidRPr="00914DD7">
        <w:rPr>
          <w:b/>
          <w:lang w:val="ru-RU"/>
        </w:rPr>
        <w:t>машинобудування</w:t>
      </w:r>
      <w:proofErr w:type="spellEnd"/>
      <w:r w:rsidRPr="00914DD7">
        <w:rPr>
          <w:b/>
          <w:lang w:val="ru-RU"/>
        </w:rPr>
        <w:t xml:space="preserve"> та </w:t>
      </w:r>
      <w:proofErr w:type="spellStart"/>
      <w:r w:rsidRPr="00914DD7">
        <w:rPr>
          <w:b/>
          <w:lang w:val="ru-RU"/>
        </w:rPr>
        <w:t>агроінженерії</w:t>
      </w:r>
      <w:proofErr w:type="spellEnd"/>
    </w:p>
    <w:p w14:paraId="2E24B7B4" w14:textId="77777777" w:rsidR="00914DD7" w:rsidRDefault="00914DD7">
      <w:pPr>
        <w:jc w:val="center"/>
        <w:rPr>
          <w:b/>
          <w:lang w:val="uk-UA"/>
        </w:rPr>
      </w:pPr>
    </w:p>
    <w:p w14:paraId="406C4381" w14:textId="77777777" w:rsidR="00914DD7" w:rsidRDefault="00914DD7">
      <w:pPr>
        <w:jc w:val="center"/>
        <w:rPr>
          <w:b/>
          <w:lang w:val="uk-UA"/>
        </w:rPr>
      </w:pPr>
    </w:p>
    <w:p w14:paraId="3A1333DC" w14:textId="77777777" w:rsidR="00914DD7" w:rsidRDefault="00914DD7">
      <w:pPr>
        <w:jc w:val="center"/>
        <w:rPr>
          <w:b/>
          <w:lang w:val="uk-UA"/>
        </w:rPr>
      </w:pPr>
    </w:p>
    <w:p w14:paraId="1924D2CF" w14:textId="77777777" w:rsidR="00914DD7" w:rsidRPr="00914DD7" w:rsidRDefault="00914DD7">
      <w:pPr>
        <w:jc w:val="center"/>
        <w:rPr>
          <w:lang w:val="uk-UA"/>
        </w:rPr>
      </w:pPr>
    </w:p>
    <w:p w14:paraId="3B9AFD97" w14:textId="77777777" w:rsidR="004F66AC" w:rsidRPr="00914DD7" w:rsidRDefault="00000000">
      <w:pPr>
        <w:jc w:val="center"/>
        <w:rPr>
          <w:lang w:val="ru-RU"/>
        </w:rPr>
      </w:pPr>
      <w:r w:rsidRPr="00914DD7">
        <w:rPr>
          <w:b/>
          <w:sz w:val="32"/>
          <w:lang w:val="ru-RU"/>
        </w:rPr>
        <w:t>ПРОГРАМА</w:t>
      </w:r>
      <w:r w:rsidRPr="00914DD7">
        <w:rPr>
          <w:b/>
          <w:sz w:val="32"/>
          <w:lang w:val="ru-RU"/>
        </w:rPr>
        <w:br/>
        <w:t>СТУДЕНТСЬКОЇ НАУКОВОЇ КОНФЕРЕНЦІЇ</w:t>
      </w:r>
    </w:p>
    <w:p w14:paraId="43FF4E31" w14:textId="77777777" w:rsidR="004F66AC" w:rsidRDefault="00000000">
      <w:pPr>
        <w:jc w:val="center"/>
        <w:rPr>
          <w:b/>
          <w:lang w:val="ru-RU"/>
        </w:rPr>
      </w:pPr>
      <w:r w:rsidRPr="00914DD7">
        <w:rPr>
          <w:b/>
          <w:lang w:val="ru-RU"/>
        </w:rPr>
        <w:t>26 травня 2026 року</w:t>
      </w:r>
    </w:p>
    <w:p w14:paraId="458DE244" w14:textId="4E85B3C0" w:rsidR="00914DD7" w:rsidRPr="00914DD7" w:rsidRDefault="00914DD7" w:rsidP="00914DD7">
      <w:pPr>
        <w:jc w:val="center"/>
        <w:rPr>
          <w:b/>
          <w:lang w:val="ru-RU"/>
        </w:rPr>
      </w:pPr>
      <w:r w:rsidRPr="00914DD7">
        <w:rPr>
          <w:b/>
          <w:noProof/>
          <w:lang w:val="ru-RU"/>
        </w:rPr>
        <w:drawing>
          <wp:inline distT="0" distB="0" distL="0" distR="0" wp14:anchorId="5A6A92C8" wp14:editId="43645353">
            <wp:extent cx="6332855" cy="3562985"/>
            <wp:effectExtent l="19050" t="0" r="10795" b="1028065"/>
            <wp:docPr id="79288139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855" cy="35629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095AB8C" w14:textId="792C9D13" w:rsidR="00914DD7" w:rsidRPr="00914DD7" w:rsidRDefault="00914DD7" w:rsidP="00914DD7">
      <w:pPr>
        <w:jc w:val="center"/>
        <w:rPr>
          <w:b/>
          <w:lang w:val="ru-RU"/>
        </w:rPr>
      </w:pPr>
    </w:p>
    <w:p w14:paraId="749258E5" w14:textId="05906965" w:rsidR="00914DD7" w:rsidRDefault="00914DD7" w:rsidP="00914DD7">
      <w:pPr>
        <w:jc w:val="center"/>
        <w:rPr>
          <w:b/>
          <w:lang w:val="ru-RU"/>
        </w:rPr>
      </w:pPr>
    </w:p>
    <w:p w14:paraId="34677A74" w14:textId="77777777" w:rsidR="004F66AC" w:rsidRPr="00914DD7" w:rsidRDefault="00000000">
      <w:pPr>
        <w:spacing w:before="200" w:after="120"/>
        <w:rPr>
          <w:lang w:val="ru-RU"/>
        </w:rPr>
      </w:pPr>
      <w:r w:rsidRPr="00914DD7">
        <w:rPr>
          <w:b/>
          <w:sz w:val="26"/>
          <w:lang w:val="ru-RU"/>
        </w:rPr>
        <w:lastRenderedPageBreak/>
        <w:t>СЕКЦІЯ</w:t>
      </w:r>
      <w:r w:rsidRPr="00914DD7">
        <w:rPr>
          <w:b/>
          <w:sz w:val="26"/>
          <w:lang w:val="ru-RU"/>
        </w:rPr>
        <w:br/>
        <w:t>ТРАНСПОРТНІ ТЕХНОЛОГІЇ, АВТОМОБІЛІ, АГРОІНЖЕНЕРІЯ ТА МАШИНОБУДУВАННЯ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6803"/>
      </w:tblGrid>
      <w:tr w:rsidR="004F66AC" w14:paraId="28590225" w14:textId="77777777">
        <w:trPr>
          <w:jc w:val="center"/>
        </w:trPr>
        <w:tc>
          <w:tcPr>
            <w:tcW w:w="567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18704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2438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553E3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Здобувач(і)</w:t>
            </w:r>
          </w:p>
        </w:tc>
        <w:tc>
          <w:tcPr>
            <w:tcW w:w="6803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FDE1D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Тема доповіді / наукової роботи</w:t>
            </w:r>
          </w:p>
        </w:tc>
      </w:tr>
      <w:tr w:rsidR="004F66AC" w14:paraId="485852E2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41D7B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BE1EF" w14:textId="42A05523" w:rsidR="004F66AC" w:rsidRPr="00914DD7" w:rsidRDefault="00000000">
            <w:pPr>
              <w:spacing w:after="0"/>
              <w:rPr>
                <w:lang w:val="uk-UA"/>
              </w:rPr>
            </w:pPr>
            <w:proofErr w:type="spellStart"/>
            <w:r w:rsidRPr="00914DD7">
              <w:rPr>
                <w:sz w:val="22"/>
                <w:lang w:val="uk-UA"/>
              </w:rPr>
              <w:t>Товстюк</w:t>
            </w:r>
            <w:proofErr w:type="spellEnd"/>
            <w:r w:rsidRPr="00914DD7">
              <w:rPr>
                <w:sz w:val="22"/>
                <w:lang w:val="uk-UA"/>
              </w:rPr>
              <w:t xml:space="preserve"> Д.</w:t>
            </w:r>
            <w:r w:rsidR="008067D9">
              <w:rPr>
                <w:sz w:val="22"/>
                <w:lang w:val="uk-UA"/>
              </w:rPr>
              <w:t xml:space="preserve">       (гр.МТм-25-1)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7572E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 xml:space="preserve">Забезпечення ресурсу підшипників ковзання двигуна внутрішнього згоряння: роль реологічних властивостей моторних олив та </w:t>
            </w:r>
            <w:proofErr w:type="spellStart"/>
            <w:r w:rsidRPr="00914DD7">
              <w:rPr>
                <w:sz w:val="22"/>
                <w:lang w:val="uk-UA"/>
              </w:rPr>
              <w:t>протизносних</w:t>
            </w:r>
            <w:proofErr w:type="spellEnd"/>
            <w:r w:rsidRPr="00914DD7">
              <w:rPr>
                <w:sz w:val="22"/>
                <w:lang w:val="uk-UA"/>
              </w:rPr>
              <w:t xml:space="preserve"> присадок.</w:t>
            </w:r>
            <w:r w:rsidRPr="00914DD7">
              <w:rPr>
                <w:sz w:val="22"/>
                <w:lang w:val="uk-UA"/>
              </w:rPr>
              <w:br/>
              <w:t>Керівник: Драч І.</w:t>
            </w:r>
          </w:p>
        </w:tc>
      </w:tr>
      <w:tr w:rsidR="004F66AC" w14:paraId="1EB245F9" w14:textId="77777777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07367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82551" w14:textId="2971A770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Панчишин Я.</w:t>
            </w:r>
            <w:r w:rsidR="008067D9">
              <w:rPr>
                <w:sz w:val="22"/>
                <w:lang w:val="uk-UA"/>
              </w:rPr>
              <w:t xml:space="preserve">      (гр.АТ-23-1)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C4150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Дослідження напруженого стану елементів вентильованих дискових гальм легких транспортних засобів.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Диха</w:t>
            </w:r>
            <w:proofErr w:type="spellEnd"/>
            <w:r w:rsidRPr="00914DD7">
              <w:rPr>
                <w:sz w:val="22"/>
                <w:lang w:val="uk-UA"/>
              </w:rPr>
              <w:t xml:space="preserve"> О.</w:t>
            </w:r>
          </w:p>
        </w:tc>
      </w:tr>
      <w:tr w:rsidR="004F66AC" w14:paraId="35E32A18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325DE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6BC16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r w:rsidRPr="00914DD7">
              <w:rPr>
                <w:sz w:val="22"/>
                <w:lang w:val="uk-UA"/>
              </w:rPr>
              <w:t>Лісовий Я.</w:t>
            </w:r>
          </w:p>
          <w:p w14:paraId="1D408945" w14:textId="30DD4486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(гр.МТ-25-1)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EEAD1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 xml:space="preserve">Вплив складу матеріалів та зміцнення поверхневих шарів на </w:t>
            </w:r>
            <w:proofErr w:type="spellStart"/>
            <w:r w:rsidRPr="00914DD7">
              <w:rPr>
                <w:sz w:val="22"/>
                <w:lang w:val="uk-UA"/>
              </w:rPr>
              <w:t>триботехнічні</w:t>
            </w:r>
            <w:proofErr w:type="spellEnd"/>
            <w:r w:rsidRPr="00914DD7">
              <w:rPr>
                <w:sz w:val="22"/>
                <w:lang w:val="uk-UA"/>
              </w:rPr>
              <w:t xml:space="preserve"> характеристики підшипників ковзання в умовах змішаного мащення.</w:t>
            </w:r>
            <w:r w:rsidRPr="00914DD7">
              <w:rPr>
                <w:sz w:val="22"/>
                <w:lang w:val="uk-UA"/>
              </w:rPr>
              <w:br/>
              <w:t>Керівник: Каплун П.</w:t>
            </w:r>
          </w:p>
        </w:tc>
      </w:tr>
      <w:tr w:rsidR="004F66AC" w14:paraId="3BED4EA2" w14:textId="77777777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2B036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125E3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914DD7">
              <w:rPr>
                <w:sz w:val="22"/>
                <w:lang w:val="uk-UA"/>
              </w:rPr>
              <w:t>Кухарук</w:t>
            </w:r>
            <w:proofErr w:type="spellEnd"/>
            <w:r w:rsidRPr="00914DD7">
              <w:rPr>
                <w:sz w:val="22"/>
                <w:lang w:val="uk-UA"/>
              </w:rPr>
              <w:t xml:space="preserve"> В.</w:t>
            </w:r>
          </w:p>
          <w:p w14:paraId="3BBEEB1F" w14:textId="1333BCB0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(гр.АТ-24-1)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EE67F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Дослідження впливу технології електроіскрового легування на якість поверхневого шару зміцнених деталей.</w:t>
            </w:r>
            <w:r w:rsidRPr="00914DD7">
              <w:rPr>
                <w:sz w:val="22"/>
                <w:lang w:val="uk-UA"/>
              </w:rPr>
              <w:br/>
              <w:t>Керівник: Бабак О.</w:t>
            </w:r>
          </w:p>
        </w:tc>
      </w:tr>
      <w:tr w:rsidR="004F66AC" w:rsidRPr="008067D9" w14:paraId="7BE3F0AB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E750B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1A936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r w:rsidRPr="00914DD7">
              <w:rPr>
                <w:sz w:val="22"/>
                <w:lang w:val="uk-UA"/>
              </w:rPr>
              <w:t>Пастух Б.</w:t>
            </w:r>
          </w:p>
          <w:p w14:paraId="6C0CF8D1" w14:textId="06727EB0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(гр.АІ-24-1)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25140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Розробка універсальної гідропонної установки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Курской</w:t>
            </w:r>
            <w:proofErr w:type="spellEnd"/>
            <w:r w:rsidRPr="00914DD7">
              <w:rPr>
                <w:sz w:val="22"/>
                <w:lang w:val="uk-UA"/>
              </w:rPr>
              <w:t xml:space="preserve"> В.</w:t>
            </w:r>
          </w:p>
        </w:tc>
      </w:tr>
      <w:tr w:rsidR="004F66AC" w:rsidRPr="008067D9" w14:paraId="327837A4" w14:textId="77777777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4C9F4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50697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914DD7">
              <w:rPr>
                <w:sz w:val="22"/>
                <w:lang w:val="uk-UA"/>
              </w:rPr>
              <w:t>Сяйнас</w:t>
            </w:r>
            <w:proofErr w:type="spellEnd"/>
            <w:r w:rsidRPr="00914DD7">
              <w:rPr>
                <w:sz w:val="22"/>
                <w:lang w:val="uk-UA"/>
              </w:rPr>
              <w:t xml:space="preserve"> А.</w:t>
            </w:r>
          </w:p>
          <w:p w14:paraId="51147CF7" w14:textId="60A3368A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(гр.АПІ-22-)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AFC28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Розробка фільтра для неперервної очистки сирних розсолів</w:t>
            </w:r>
            <w:r w:rsidRPr="00914DD7">
              <w:rPr>
                <w:sz w:val="22"/>
                <w:lang w:val="uk-UA"/>
              </w:rPr>
              <w:br/>
              <w:t>Керівник: Мартинюк А.</w:t>
            </w:r>
          </w:p>
        </w:tc>
      </w:tr>
      <w:tr w:rsidR="004F66AC" w:rsidRPr="008067D9" w14:paraId="734A3A0A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B4F64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58ADB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r w:rsidRPr="00914DD7">
              <w:rPr>
                <w:sz w:val="22"/>
                <w:lang w:val="uk-UA"/>
              </w:rPr>
              <w:t xml:space="preserve">Макаров О., </w:t>
            </w:r>
            <w:r w:rsidR="00914DD7" w:rsidRPr="00914DD7">
              <w:rPr>
                <w:sz w:val="22"/>
                <w:lang w:val="uk-UA"/>
              </w:rPr>
              <w:t xml:space="preserve">     </w:t>
            </w:r>
            <w:r w:rsidRPr="00914DD7">
              <w:rPr>
                <w:sz w:val="22"/>
                <w:lang w:val="uk-UA"/>
              </w:rPr>
              <w:t>Євтушок А.</w:t>
            </w:r>
          </w:p>
          <w:p w14:paraId="6C218DBC" w14:textId="2CF28A1A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(гр.ПМТ-24-1)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76067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Топологічна оптимізація при проєктуванні полегшених виробів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Романішина</w:t>
            </w:r>
            <w:proofErr w:type="spellEnd"/>
            <w:r w:rsidRPr="00914DD7">
              <w:rPr>
                <w:sz w:val="22"/>
                <w:lang w:val="uk-UA"/>
              </w:rPr>
              <w:t xml:space="preserve"> О.</w:t>
            </w:r>
          </w:p>
        </w:tc>
      </w:tr>
    </w:tbl>
    <w:p w14:paraId="2B5F535B" w14:textId="77777777" w:rsidR="004F66AC" w:rsidRDefault="00000000">
      <w:pPr>
        <w:spacing w:before="200" w:after="120"/>
      </w:pPr>
      <w:r>
        <w:rPr>
          <w:b/>
          <w:sz w:val="26"/>
        </w:rPr>
        <w:t>СЕКЦІЯ</w:t>
      </w:r>
      <w:r>
        <w:rPr>
          <w:b/>
          <w:sz w:val="26"/>
        </w:rPr>
        <w:br/>
        <w:t>АРХІТЕКТУРА ТА МІСТОБУДУВАННЯ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6803"/>
      </w:tblGrid>
      <w:tr w:rsidR="004F66AC" w14:paraId="15831636" w14:textId="77777777">
        <w:trPr>
          <w:jc w:val="center"/>
        </w:trPr>
        <w:tc>
          <w:tcPr>
            <w:tcW w:w="567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D870E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2438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2DD85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Здобувач(і)</w:t>
            </w:r>
          </w:p>
        </w:tc>
        <w:tc>
          <w:tcPr>
            <w:tcW w:w="6803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906B5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Тема доповіді / наукової роботи</w:t>
            </w:r>
          </w:p>
        </w:tc>
      </w:tr>
      <w:tr w:rsidR="004F66AC" w:rsidRPr="008067D9" w14:paraId="72929C2F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7E1E4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E8298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914DD7">
              <w:rPr>
                <w:sz w:val="22"/>
                <w:lang w:val="uk-UA"/>
              </w:rPr>
              <w:t>Сендецька</w:t>
            </w:r>
            <w:proofErr w:type="spellEnd"/>
            <w:r w:rsidRPr="00914DD7">
              <w:rPr>
                <w:sz w:val="22"/>
                <w:lang w:val="uk-UA"/>
              </w:rPr>
              <w:t xml:space="preserve"> А.</w:t>
            </w:r>
          </w:p>
          <w:p w14:paraId="20A1E496" w14:textId="7301D005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(гр.АМ-23-1)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B1286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Поновлення міської ідентичності після руйнувань: досвід трансформацій Берліна для майбутнього Харкова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Дерябіна</w:t>
            </w:r>
            <w:proofErr w:type="spellEnd"/>
            <w:r w:rsidRPr="00914DD7">
              <w:rPr>
                <w:sz w:val="22"/>
                <w:lang w:val="uk-UA"/>
              </w:rPr>
              <w:t xml:space="preserve"> О.</w:t>
            </w:r>
          </w:p>
        </w:tc>
      </w:tr>
      <w:tr w:rsidR="004F66AC" w:rsidRPr="008067D9" w14:paraId="282C43F6" w14:textId="77777777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E9A80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DE07C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r w:rsidRPr="00914DD7">
              <w:rPr>
                <w:sz w:val="22"/>
                <w:lang w:val="uk-UA"/>
              </w:rPr>
              <w:t>Борисенко Д.</w:t>
            </w:r>
          </w:p>
          <w:p w14:paraId="7CFA2233" w14:textId="4C5DFE0C" w:rsidR="008067D9" w:rsidRPr="00914DD7" w:rsidRDefault="008067D9">
            <w:pPr>
              <w:spacing w:after="0"/>
              <w:rPr>
                <w:lang w:val="uk-UA"/>
              </w:rPr>
            </w:pPr>
            <w:r>
              <w:rPr>
                <w:sz w:val="22"/>
                <w:lang w:val="uk-UA"/>
              </w:rPr>
              <w:t>(гр.АМ-23-1)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EE88E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Параметрична архітектура: принципи проєктування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Конопльова</w:t>
            </w:r>
            <w:proofErr w:type="spellEnd"/>
            <w:r w:rsidRPr="00914DD7">
              <w:rPr>
                <w:sz w:val="22"/>
                <w:lang w:val="uk-UA"/>
              </w:rPr>
              <w:t xml:space="preserve"> О.</w:t>
            </w:r>
          </w:p>
        </w:tc>
      </w:tr>
      <w:tr w:rsidR="004F66AC" w:rsidRPr="008067D9" w14:paraId="74FC972F" w14:textId="77777777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80CEF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D578E" w14:textId="1A4E5C2C" w:rsidR="008067D9" w:rsidRPr="00914DD7" w:rsidRDefault="00000000">
            <w:pPr>
              <w:spacing w:after="0"/>
              <w:rPr>
                <w:sz w:val="22"/>
                <w:lang w:val="uk-UA"/>
              </w:rPr>
            </w:pPr>
            <w:r w:rsidRPr="00914DD7">
              <w:rPr>
                <w:sz w:val="22"/>
                <w:lang w:val="uk-UA"/>
              </w:rPr>
              <w:t xml:space="preserve">Мусійчук М., </w:t>
            </w:r>
          </w:p>
          <w:p w14:paraId="60263206" w14:textId="77777777" w:rsidR="004F66AC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914DD7">
              <w:rPr>
                <w:sz w:val="22"/>
                <w:lang w:val="uk-UA"/>
              </w:rPr>
              <w:t>Здибель</w:t>
            </w:r>
            <w:proofErr w:type="spellEnd"/>
            <w:r w:rsidRPr="00914DD7">
              <w:rPr>
                <w:sz w:val="22"/>
                <w:lang w:val="uk-UA"/>
              </w:rPr>
              <w:t xml:space="preserve"> К.</w:t>
            </w:r>
          </w:p>
          <w:p w14:paraId="1254FB21" w14:textId="1A765EE1" w:rsidR="008067D9" w:rsidRPr="008067D9" w:rsidRDefault="008067D9">
            <w:pPr>
              <w:spacing w:after="0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(гр.АМ-24-1)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2CD58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Технології озеленення фасадів та дахів у сучасній архітектурі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Підгайчук</w:t>
            </w:r>
            <w:proofErr w:type="spellEnd"/>
            <w:r w:rsidRPr="00914DD7">
              <w:rPr>
                <w:sz w:val="22"/>
                <w:lang w:val="uk-UA"/>
              </w:rPr>
              <w:t xml:space="preserve"> С. Я.</w:t>
            </w:r>
          </w:p>
        </w:tc>
      </w:tr>
      <w:tr w:rsidR="004F66AC" w:rsidRPr="008067D9" w14:paraId="4BEE0AFE" w14:textId="77777777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0EDB2" w14:textId="77777777" w:rsidR="004F66AC" w:rsidRDefault="00000000">
            <w:pPr>
              <w:spacing w:after="0"/>
              <w:jc w:val="center"/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C38F1" w14:textId="77777777" w:rsidR="004F66AC" w:rsidRDefault="00000000">
            <w:pPr>
              <w:spacing w:after="0"/>
              <w:rPr>
                <w:sz w:val="22"/>
                <w:lang w:val="ru-RU"/>
              </w:rPr>
            </w:pPr>
            <w:proofErr w:type="spellStart"/>
            <w:r w:rsidRPr="00914DD7">
              <w:rPr>
                <w:sz w:val="22"/>
                <w:lang w:val="uk-UA"/>
              </w:rPr>
              <w:t>Сівко</w:t>
            </w:r>
            <w:proofErr w:type="spellEnd"/>
            <w:r w:rsidRPr="00914DD7">
              <w:rPr>
                <w:sz w:val="22"/>
                <w:lang w:val="uk-UA"/>
              </w:rPr>
              <w:t xml:space="preserve"> А.</w:t>
            </w:r>
          </w:p>
          <w:p w14:paraId="6AEB96CF" w14:textId="49B8F0D7" w:rsidR="00725D03" w:rsidRPr="00725D03" w:rsidRDefault="00725D03">
            <w:pPr>
              <w:spacing w:after="0"/>
              <w:rPr>
                <w:lang w:val="ru-RU"/>
              </w:rPr>
            </w:pPr>
            <w:r>
              <w:rPr>
                <w:sz w:val="22"/>
                <w:lang w:val="ru-RU"/>
              </w:rPr>
              <w:t>(гр. АМ-23-1)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57889" w14:textId="77777777" w:rsidR="004F66AC" w:rsidRPr="00914DD7" w:rsidRDefault="00000000">
            <w:pPr>
              <w:spacing w:after="0"/>
              <w:rPr>
                <w:lang w:val="uk-UA"/>
              </w:rPr>
            </w:pPr>
            <w:r w:rsidRPr="00914DD7">
              <w:rPr>
                <w:sz w:val="22"/>
                <w:lang w:val="uk-UA"/>
              </w:rPr>
              <w:t>Споруди цивільного захисту: сучасний досвід проєктування</w:t>
            </w:r>
            <w:r w:rsidRPr="00914DD7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914DD7">
              <w:rPr>
                <w:sz w:val="22"/>
                <w:lang w:val="uk-UA"/>
              </w:rPr>
              <w:t>Конопльова</w:t>
            </w:r>
            <w:proofErr w:type="spellEnd"/>
            <w:r w:rsidRPr="00914DD7">
              <w:rPr>
                <w:sz w:val="22"/>
                <w:lang w:val="uk-UA"/>
              </w:rPr>
              <w:t xml:space="preserve"> О.</w:t>
            </w:r>
          </w:p>
        </w:tc>
      </w:tr>
    </w:tbl>
    <w:p w14:paraId="0628896B" w14:textId="77777777" w:rsidR="004F66AC" w:rsidRPr="00914DD7" w:rsidRDefault="004F66AC">
      <w:pPr>
        <w:spacing w:after="20"/>
        <w:rPr>
          <w:lang w:val="ru-RU"/>
        </w:rPr>
      </w:pPr>
    </w:p>
    <w:p w14:paraId="5C2C8ADD" w14:textId="77777777" w:rsidR="004F66AC" w:rsidRPr="00914DD7" w:rsidRDefault="00000000">
      <w:pPr>
        <w:spacing w:before="200" w:after="120"/>
        <w:rPr>
          <w:lang w:val="ru-RU"/>
        </w:rPr>
      </w:pPr>
      <w:r w:rsidRPr="00914DD7">
        <w:rPr>
          <w:b/>
          <w:sz w:val="26"/>
          <w:lang w:val="ru-RU"/>
        </w:rPr>
        <w:t>СЕКЦІЯ</w:t>
      </w:r>
      <w:r w:rsidRPr="00914DD7">
        <w:rPr>
          <w:b/>
          <w:sz w:val="26"/>
          <w:lang w:val="ru-RU"/>
        </w:rPr>
        <w:br/>
        <w:t>МЕХАТРОНІКА, АВТОМАТИЗАЦІЯ, ЕЛЕКТРОТЕХНІКА ТА ЕНЕРГЕТИЧНІ СИСТЕМИ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6803"/>
      </w:tblGrid>
      <w:tr w:rsidR="004F66AC" w14:paraId="421F8F38" w14:textId="77777777" w:rsidTr="00241216">
        <w:trPr>
          <w:jc w:val="center"/>
        </w:trPr>
        <w:tc>
          <w:tcPr>
            <w:tcW w:w="567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81495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2438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A58DF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Здобувач(і)</w:t>
            </w:r>
          </w:p>
        </w:tc>
        <w:tc>
          <w:tcPr>
            <w:tcW w:w="6803" w:type="dxa"/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01417" w14:textId="77777777" w:rsidR="004F66AC" w:rsidRDefault="00000000">
            <w:pPr>
              <w:jc w:val="center"/>
            </w:pPr>
            <w:r>
              <w:rPr>
                <w:b/>
                <w:sz w:val="22"/>
              </w:rPr>
              <w:t>Тема доповіді / наукової роботи</w:t>
            </w:r>
          </w:p>
        </w:tc>
      </w:tr>
      <w:tr w:rsidR="004F66AC" w:rsidRPr="008067D9" w14:paraId="483235B9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64184" w14:textId="77777777" w:rsidR="004F66AC" w:rsidRPr="00241216" w:rsidRDefault="00000000">
            <w:pPr>
              <w:spacing w:after="0"/>
              <w:jc w:val="center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70578" w14:textId="77777777" w:rsidR="004F66AC" w:rsidRPr="00241216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241216">
              <w:rPr>
                <w:sz w:val="22"/>
                <w:lang w:val="uk-UA"/>
              </w:rPr>
              <w:t>Одукалець</w:t>
            </w:r>
            <w:proofErr w:type="spellEnd"/>
            <w:r w:rsidRPr="00241216">
              <w:rPr>
                <w:sz w:val="22"/>
                <w:lang w:val="uk-UA"/>
              </w:rPr>
              <w:t xml:space="preserve"> А.</w:t>
            </w:r>
          </w:p>
          <w:p w14:paraId="03CC4D8F" w14:textId="137463C6" w:rsidR="00725D03" w:rsidRPr="00241216" w:rsidRDefault="00241216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(гр.ЕТ-22-1)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809F1" w14:textId="77777777" w:rsidR="004F66AC" w:rsidRPr="00241216" w:rsidRDefault="00000000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Удосконалення конструкції турбіни міні-ГЕС</w:t>
            </w:r>
            <w:r w:rsidRPr="00241216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Неймак</w:t>
            </w:r>
            <w:proofErr w:type="spellEnd"/>
            <w:r w:rsidRPr="00241216">
              <w:rPr>
                <w:sz w:val="22"/>
                <w:lang w:val="uk-UA"/>
              </w:rPr>
              <w:t xml:space="preserve"> В.</w:t>
            </w:r>
          </w:p>
        </w:tc>
      </w:tr>
      <w:tr w:rsidR="004F66AC" w:rsidRPr="008067D9" w14:paraId="1838F880" w14:textId="77777777" w:rsidTr="00241216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3C582" w14:textId="77777777" w:rsidR="004F66AC" w:rsidRPr="00241216" w:rsidRDefault="00000000">
            <w:pPr>
              <w:spacing w:after="0"/>
              <w:jc w:val="center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2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E5679" w14:textId="77777777" w:rsidR="004F66AC" w:rsidRPr="00241216" w:rsidRDefault="00000000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Лучко В.</w:t>
            </w:r>
          </w:p>
          <w:p w14:paraId="47FCFB1F" w14:textId="2AF6E2F8" w:rsidR="00241216" w:rsidRPr="00241216" w:rsidRDefault="00241216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(гр.</w:t>
            </w:r>
            <w:r w:rsidRPr="00241216">
              <w:rPr>
                <w:sz w:val="22"/>
                <w:lang w:val="uk-UA"/>
              </w:rPr>
              <w:t>ЕМ-22-1)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AA782" w14:textId="77777777" w:rsidR="004F66AC" w:rsidRPr="00241216" w:rsidRDefault="00000000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Розробка енергоефективного будинку</w:t>
            </w:r>
            <w:r w:rsidRPr="00241216">
              <w:rPr>
                <w:sz w:val="22"/>
                <w:lang w:val="uk-UA"/>
              </w:rPr>
              <w:br/>
              <w:t>Керівник: Пундик С.</w:t>
            </w:r>
          </w:p>
        </w:tc>
      </w:tr>
      <w:tr w:rsidR="004F66AC" w:rsidRPr="008067D9" w14:paraId="5B0F3B4F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20AE8" w14:textId="77777777" w:rsidR="004F66AC" w:rsidRPr="00241216" w:rsidRDefault="00000000">
            <w:pPr>
              <w:spacing w:after="0"/>
              <w:jc w:val="center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492AF8" w14:textId="77777777" w:rsidR="004F66AC" w:rsidRPr="00241216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241216">
              <w:rPr>
                <w:sz w:val="22"/>
                <w:lang w:val="uk-UA"/>
              </w:rPr>
              <w:t>Джорджіо</w:t>
            </w:r>
            <w:proofErr w:type="spellEnd"/>
            <w:r w:rsidRPr="00241216">
              <w:rPr>
                <w:sz w:val="22"/>
                <w:lang w:val="uk-UA"/>
              </w:rPr>
              <w:t xml:space="preserve"> Х.</w:t>
            </w:r>
          </w:p>
          <w:p w14:paraId="4F896044" w14:textId="2FEE6750" w:rsidR="00241216" w:rsidRPr="00241216" w:rsidRDefault="00241216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(гр.</w:t>
            </w:r>
            <w:r w:rsidRPr="00241216">
              <w:rPr>
                <w:sz w:val="22"/>
                <w:lang w:val="uk-UA"/>
              </w:rPr>
              <w:t>ЕМ-22-1)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EDF73" w14:textId="77777777" w:rsidR="004F66AC" w:rsidRPr="00241216" w:rsidRDefault="00000000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 xml:space="preserve">Розробка конструкції пристрою керування </w:t>
            </w:r>
            <w:proofErr w:type="spellStart"/>
            <w:r w:rsidRPr="00241216">
              <w:rPr>
                <w:sz w:val="22"/>
                <w:lang w:val="uk-UA"/>
              </w:rPr>
              <w:t>сервоприводом</w:t>
            </w:r>
            <w:proofErr w:type="spellEnd"/>
            <w:r w:rsidRPr="00241216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Смутко</w:t>
            </w:r>
            <w:proofErr w:type="spellEnd"/>
            <w:r w:rsidRPr="00241216">
              <w:rPr>
                <w:sz w:val="22"/>
                <w:lang w:val="uk-UA"/>
              </w:rPr>
              <w:t xml:space="preserve"> С.</w:t>
            </w:r>
          </w:p>
        </w:tc>
      </w:tr>
      <w:tr w:rsidR="004F66AC" w:rsidRPr="008067D9" w14:paraId="3A347D89" w14:textId="77777777" w:rsidTr="00241216">
        <w:trPr>
          <w:jc w:val="center"/>
        </w:trPr>
        <w:tc>
          <w:tcPr>
            <w:tcW w:w="567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31B31" w14:textId="77777777" w:rsidR="004F66AC" w:rsidRPr="00241216" w:rsidRDefault="00000000">
            <w:pPr>
              <w:spacing w:after="0"/>
              <w:jc w:val="center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4</w:t>
            </w:r>
          </w:p>
        </w:tc>
        <w:tc>
          <w:tcPr>
            <w:tcW w:w="2438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9E8A3" w14:textId="77777777" w:rsidR="004F66AC" w:rsidRPr="00241216" w:rsidRDefault="00000000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Король М.</w:t>
            </w:r>
          </w:p>
          <w:p w14:paraId="5F170A4E" w14:textId="670A80D1" w:rsidR="00241216" w:rsidRPr="00241216" w:rsidRDefault="00241216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(гр.</w:t>
            </w:r>
            <w:r w:rsidRPr="00241216">
              <w:rPr>
                <w:sz w:val="22"/>
                <w:lang w:val="uk-UA"/>
              </w:rPr>
              <w:t>ЕТ-22-1)</w:t>
            </w:r>
          </w:p>
        </w:tc>
        <w:tc>
          <w:tcPr>
            <w:tcW w:w="6803" w:type="dxa"/>
            <w:shd w:val="clear" w:color="auto" w:fill="F7FB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33492" w14:textId="77777777" w:rsidR="004F66AC" w:rsidRPr="00241216" w:rsidRDefault="00000000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 xml:space="preserve">Розробка термогенератора на базі багатошарових </w:t>
            </w:r>
            <w:proofErr w:type="spellStart"/>
            <w:r w:rsidRPr="00241216">
              <w:rPr>
                <w:sz w:val="22"/>
                <w:lang w:val="uk-UA"/>
              </w:rPr>
              <w:t>уніпар</w:t>
            </w:r>
            <w:proofErr w:type="spellEnd"/>
            <w:r w:rsidRPr="00241216">
              <w:rPr>
                <w:sz w:val="22"/>
                <w:lang w:val="uk-UA"/>
              </w:rPr>
              <w:t xml:space="preserve"> термоелектричних елементів</w:t>
            </w:r>
            <w:r w:rsidRPr="00241216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Лісевич</w:t>
            </w:r>
            <w:proofErr w:type="spellEnd"/>
            <w:r w:rsidRPr="00241216">
              <w:rPr>
                <w:sz w:val="22"/>
                <w:lang w:val="uk-UA"/>
              </w:rPr>
              <w:t xml:space="preserve"> С.</w:t>
            </w:r>
          </w:p>
        </w:tc>
      </w:tr>
      <w:tr w:rsidR="004F66AC" w:rsidRPr="008067D9" w14:paraId="30402C30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0C8F7" w14:textId="77777777" w:rsidR="004F66AC" w:rsidRPr="00241216" w:rsidRDefault="00000000">
            <w:pPr>
              <w:spacing w:after="0"/>
              <w:jc w:val="center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7B967" w14:textId="77777777" w:rsidR="004F66AC" w:rsidRPr="00241216" w:rsidRDefault="00000000">
            <w:pPr>
              <w:spacing w:after="0"/>
              <w:rPr>
                <w:sz w:val="22"/>
                <w:lang w:val="uk-UA"/>
              </w:rPr>
            </w:pPr>
            <w:proofErr w:type="spellStart"/>
            <w:r w:rsidRPr="00241216">
              <w:rPr>
                <w:sz w:val="22"/>
                <w:lang w:val="uk-UA"/>
              </w:rPr>
              <w:t>Хоманчук</w:t>
            </w:r>
            <w:proofErr w:type="spellEnd"/>
            <w:r w:rsidRPr="00241216">
              <w:rPr>
                <w:sz w:val="22"/>
                <w:lang w:val="uk-UA"/>
              </w:rPr>
              <w:t xml:space="preserve"> В.</w:t>
            </w:r>
          </w:p>
          <w:p w14:paraId="20EA5731" w14:textId="1605433C" w:rsidR="00241216" w:rsidRPr="00241216" w:rsidRDefault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(гр.</w:t>
            </w:r>
            <w:r w:rsidRPr="00241216">
              <w:rPr>
                <w:sz w:val="22"/>
                <w:lang w:val="uk-UA"/>
              </w:rPr>
              <w:t>ЕТ-22-1)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FB3C3" w14:textId="77777777" w:rsidR="004F66AC" w:rsidRPr="00241216" w:rsidRDefault="00000000">
            <w:pPr>
              <w:spacing w:after="0"/>
              <w:rPr>
                <w:lang w:val="uk-UA"/>
              </w:rPr>
            </w:pPr>
            <w:r w:rsidRPr="00241216">
              <w:rPr>
                <w:sz w:val="22"/>
                <w:lang w:val="uk-UA"/>
              </w:rPr>
              <w:t>Розробка конструкції для знезараження повітря в побутовому приміщенні</w:t>
            </w:r>
            <w:r w:rsidRPr="00241216">
              <w:rPr>
                <w:sz w:val="22"/>
                <w:lang w:val="uk-UA"/>
              </w:rPr>
              <w:br/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Горященко</w:t>
            </w:r>
            <w:proofErr w:type="spellEnd"/>
            <w:r w:rsidRPr="00241216">
              <w:rPr>
                <w:sz w:val="22"/>
                <w:lang w:val="uk-UA"/>
              </w:rPr>
              <w:t xml:space="preserve"> С.</w:t>
            </w:r>
          </w:p>
        </w:tc>
      </w:tr>
      <w:tr w:rsidR="00241216" w:rsidRPr="008067D9" w14:paraId="358F0F58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1555F" w14:textId="43AEFECA" w:rsidR="00241216" w:rsidRPr="00241216" w:rsidRDefault="00241216">
            <w:pPr>
              <w:spacing w:after="0"/>
              <w:jc w:val="center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6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F43CF" w14:textId="77777777" w:rsidR="00241216" w:rsidRPr="00241216" w:rsidRDefault="00241216" w:rsidP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Марчук В.</w:t>
            </w:r>
          </w:p>
          <w:p w14:paraId="5764EA76" w14:textId="4291A8C3" w:rsidR="00241216" w:rsidRPr="00241216" w:rsidRDefault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(гр.</w:t>
            </w:r>
            <w:r w:rsidRPr="00241216">
              <w:rPr>
                <w:sz w:val="22"/>
                <w:lang w:val="uk-UA"/>
              </w:rPr>
              <w:t>ОЛПм-25-1</w:t>
            </w:r>
            <w:r w:rsidRPr="00241216">
              <w:rPr>
                <w:sz w:val="22"/>
                <w:lang w:val="uk-UA"/>
              </w:rPr>
              <w:t>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43BC1" w14:textId="77777777" w:rsidR="00241216" w:rsidRPr="00241216" w:rsidRDefault="00241216" w:rsidP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К</w:t>
            </w:r>
            <w:r w:rsidRPr="00241216">
              <w:rPr>
                <w:sz w:val="22"/>
                <w:lang w:val="uk-UA"/>
              </w:rPr>
              <w:t>омп'ютерне діагностування автомобільних систем</w:t>
            </w:r>
          </w:p>
          <w:p w14:paraId="55839F9C" w14:textId="21CAA5B2" w:rsidR="00241216" w:rsidRPr="00241216" w:rsidRDefault="00241216" w:rsidP="00241216">
            <w:pPr>
              <w:spacing w:after="0"/>
              <w:rPr>
                <w:rFonts w:cs="Times New Roman"/>
                <w:lang w:val="uk-UA"/>
              </w:rPr>
            </w:pPr>
            <w:r w:rsidRPr="00241216">
              <w:rPr>
                <w:sz w:val="22"/>
                <w:lang w:val="uk-UA"/>
              </w:rPr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Гарбар</w:t>
            </w:r>
            <w:proofErr w:type="spellEnd"/>
            <w:r w:rsidRPr="00241216">
              <w:rPr>
                <w:sz w:val="22"/>
                <w:lang w:val="uk-UA"/>
              </w:rPr>
              <w:t xml:space="preserve"> Є.А.</w:t>
            </w:r>
          </w:p>
        </w:tc>
      </w:tr>
      <w:tr w:rsidR="00241216" w:rsidRPr="008067D9" w14:paraId="45793578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C7D7B" w14:textId="2B715E08" w:rsidR="00241216" w:rsidRPr="00241216" w:rsidRDefault="00241216">
            <w:pPr>
              <w:spacing w:after="0"/>
              <w:jc w:val="center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7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B5E41" w14:textId="77777777" w:rsidR="00241216" w:rsidRPr="00241216" w:rsidRDefault="00241216" w:rsidP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Поліщук І.</w:t>
            </w:r>
          </w:p>
          <w:p w14:paraId="2D76C1B5" w14:textId="02EBC5C6" w:rsidR="00241216" w:rsidRPr="00241216" w:rsidRDefault="00241216" w:rsidP="00241216">
            <w:pPr>
              <w:spacing w:after="0"/>
              <w:rPr>
                <w:rFonts w:cs="Times New Roman"/>
                <w:lang w:val="uk-UA"/>
              </w:rPr>
            </w:pPr>
            <w:r w:rsidRPr="00241216">
              <w:rPr>
                <w:sz w:val="22"/>
                <w:lang w:val="uk-UA"/>
              </w:rPr>
              <w:t>(гр.ОЛПм-25-1)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73FED" w14:textId="77777777" w:rsidR="00241216" w:rsidRPr="00241216" w:rsidRDefault="00241216" w:rsidP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Р</w:t>
            </w:r>
            <w:r w:rsidRPr="00241216">
              <w:rPr>
                <w:sz w:val="22"/>
                <w:lang w:val="uk-UA"/>
              </w:rPr>
              <w:t xml:space="preserve">озробка одновального приводу для пристрою подрібнення відходів </w:t>
            </w:r>
            <w:r w:rsidRPr="00241216">
              <w:rPr>
                <w:sz w:val="22"/>
                <w:lang w:val="uk-UA"/>
              </w:rPr>
              <w:t>3D-</w:t>
            </w:r>
            <w:r w:rsidRPr="00241216">
              <w:rPr>
                <w:sz w:val="22"/>
                <w:lang w:val="uk-UA"/>
              </w:rPr>
              <w:t xml:space="preserve">друку   </w:t>
            </w:r>
          </w:p>
          <w:p w14:paraId="3FF2176B" w14:textId="4FC52F0C" w:rsidR="00241216" w:rsidRPr="00241216" w:rsidRDefault="00241216" w:rsidP="00241216">
            <w:pPr>
              <w:spacing w:after="0"/>
              <w:rPr>
                <w:rFonts w:cs="Times New Roman"/>
                <w:lang w:val="uk-UA"/>
              </w:rPr>
            </w:pPr>
            <w:r w:rsidRPr="00241216">
              <w:rPr>
                <w:sz w:val="22"/>
                <w:lang w:val="uk-UA"/>
              </w:rPr>
              <w:t>Керівник: Поліщук О.С.</w:t>
            </w:r>
          </w:p>
        </w:tc>
      </w:tr>
      <w:tr w:rsidR="00241216" w:rsidRPr="008067D9" w14:paraId="68C75FB1" w14:textId="77777777" w:rsidTr="00241216">
        <w:trPr>
          <w:jc w:val="center"/>
        </w:trPr>
        <w:tc>
          <w:tcPr>
            <w:tcW w:w="5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50F04" w14:textId="373119CC" w:rsidR="00241216" w:rsidRPr="00241216" w:rsidRDefault="00241216">
            <w:pPr>
              <w:spacing w:after="0"/>
              <w:jc w:val="center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8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BC4AB" w14:textId="7864AA36" w:rsidR="00241216" w:rsidRPr="00241216" w:rsidRDefault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Смолій Д.</w:t>
            </w:r>
          </w:p>
          <w:p w14:paraId="1B1DDECD" w14:textId="2E8E47F8" w:rsidR="00241216" w:rsidRPr="00241216" w:rsidRDefault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(гр.ОЛПм-25-1)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C5547" w14:textId="77777777" w:rsidR="00241216" w:rsidRPr="00241216" w:rsidRDefault="00241216" w:rsidP="00241216">
            <w:pPr>
              <w:spacing w:after="0"/>
              <w:rPr>
                <w:sz w:val="22"/>
                <w:lang w:val="uk-UA"/>
              </w:rPr>
            </w:pPr>
            <w:r w:rsidRPr="00241216">
              <w:rPr>
                <w:sz w:val="22"/>
                <w:lang w:val="uk-UA"/>
              </w:rPr>
              <w:t>Р</w:t>
            </w:r>
            <w:r w:rsidRPr="00241216">
              <w:rPr>
                <w:sz w:val="22"/>
                <w:lang w:val="uk-UA"/>
              </w:rPr>
              <w:t>озробка  системи контролю на основі технічного зору</w:t>
            </w:r>
          </w:p>
          <w:p w14:paraId="63F929D9" w14:textId="69E042AE" w:rsidR="00241216" w:rsidRPr="00241216" w:rsidRDefault="00241216" w:rsidP="00241216">
            <w:pPr>
              <w:spacing w:after="0"/>
              <w:rPr>
                <w:rFonts w:cs="Times New Roman"/>
                <w:lang w:val="uk-UA"/>
              </w:rPr>
            </w:pPr>
            <w:r w:rsidRPr="00241216">
              <w:rPr>
                <w:sz w:val="22"/>
                <w:lang w:val="uk-UA"/>
              </w:rPr>
              <w:t xml:space="preserve">Керівник: </w:t>
            </w:r>
            <w:proofErr w:type="spellStart"/>
            <w:r w:rsidRPr="00241216">
              <w:rPr>
                <w:sz w:val="22"/>
                <w:lang w:val="uk-UA"/>
              </w:rPr>
              <w:t>Горященко</w:t>
            </w:r>
            <w:proofErr w:type="spellEnd"/>
            <w:r w:rsidRPr="00241216">
              <w:rPr>
                <w:sz w:val="22"/>
                <w:lang w:val="uk-UA"/>
              </w:rPr>
              <w:t xml:space="preserve"> С.</w:t>
            </w:r>
          </w:p>
        </w:tc>
      </w:tr>
    </w:tbl>
    <w:p w14:paraId="28EBF9F1" w14:textId="09B5487C" w:rsidR="004F66AC" w:rsidRPr="00914DD7" w:rsidRDefault="004F66AC">
      <w:pPr>
        <w:spacing w:after="20"/>
        <w:rPr>
          <w:lang w:val="ru-RU"/>
        </w:rPr>
      </w:pPr>
    </w:p>
    <w:sectPr w:rsidR="004F66AC" w:rsidRPr="00914DD7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67BAB" w14:textId="77777777" w:rsidR="00E23098" w:rsidRDefault="00E23098">
      <w:pPr>
        <w:spacing w:after="0" w:line="240" w:lineRule="auto"/>
      </w:pPr>
      <w:r>
        <w:separator/>
      </w:r>
    </w:p>
  </w:endnote>
  <w:endnote w:type="continuationSeparator" w:id="0">
    <w:p w14:paraId="54AB477B" w14:textId="77777777" w:rsidR="00E23098" w:rsidRDefault="00E2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5C9" w14:textId="2C3F4571" w:rsidR="004F66AC" w:rsidRPr="00914DD7" w:rsidRDefault="00000000">
    <w:pPr>
      <w:jc w:val="center"/>
      <w:rPr>
        <w:b/>
        <w:bCs/>
        <w:szCs w:val="24"/>
      </w:rPr>
    </w:pPr>
    <w:proofErr w:type="spellStart"/>
    <w:r w:rsidRPr="00914DD7">
      <w:rPr>
        <w:b/>
        <w:bCs/>
        <w:szCs w:val="24"/>
      </w:rPr>
      <w:t>Хмельницький</w:t>
    </w:r>
    <w:proofErr w:type="spellEnd"/>
    <w:r w:rsidRPr="00914DD7">
      <w:rPr>
        <w:b/>
        <w:bCs/>
        <w:szCs w:val="24"/>
      </w:rPr>
      <w:t xml:space="preserve"> </w:t>
    </w:r>
    <w:proofErr w:type="spellStart"/>
    <w:r w:rsidRPr="00914DD7">
      <w:rPr>
        <w:b/>
        <w:bCs/>
        <w:szCs w:val="24"/>
      </w:rPr>
      <w:t>національний</w:t>
    </w:r>
    <w:proofErr w:type="spellEnd"/>
    <w:r w:rsidRPr="00914DD7">
      <w:rPr>
        <w:b/>
        <w:bCs/>
        <w:szCs w:val="24"/>
      </w:rPr>
      <w:t xml:space="preserve"> </w:t>
    </w:r>
    <w:proofErr w:type="spellStart"/>
    <w:r w:rsidRPr="00914DD7">
      <w:rPr>
        <w:b/>
        <w:bCs/>
        <w:szCs w:val="24"/>
      </w:rPr>
      <w:t>університет</w:t>
    </w:r>
    <w:proofErr w:type="spellEnd"/>
    <w:r w:rsidR="00914DD7" w:rsidRPr="00914DD7">
      <w:rPr>
        <w:b/>
        <w:bCs/>
        <w:szCs w:val="24"/>
        <w:lang w:val="uk-UA"/>
      </w:rPr>
      <w:t xml:space="preserve">, </w:t>
    </w:r>
    <w:r w:rsidRPr="00914DD7">
      <w:rPr>
        <w:b/>
        <w:bCs/>
        <w:szCs w:val="24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508D" w14:textId="77777777" w:rsidR="00E23098" w:rsidRDefault="00E23098">
      <w:pPr>
        <w:spacing w:after="0" w:line="240" w:lineRule="auto"/>
      </w:pPr>
      <w:r>
        <w:separator/>
      </w:r>
    </w:p>
  </w:footnote>
  <w:footnote w:type="continuationSeparator" w:id="0">
    <w:p w14:paraId="02FD4E79" w14:textId="77777777" w:rsidR="00E23098" w:rsidRDefault="00E23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3350671">
    <w:abstractNumId w:val="8"/>
  </w:num>
  <w:num w:numId="2" w16cid:durableId="349525494">
    <w:abstractNumId w:val="6"/>
  </w:num>
  <w:num w:numId="3" w16cid:durableId="1713379311">
    <w:abstractNumId w:val="5"/>
  </w:num>
  <w:num w:numId="4" w16cid:durableId="127364997">
    <w:abstractNumId w:val="4"/>
  </w:num>
  <w:num w:numId="5" w16cid:durableId="1206060271">
    <w:abstractNumId w:val="7"/>
  </w:num>
  <w:num w:numId="6" w16cid:durableId="1786726336">
    <w:abstractNumId w:val="3"/>
  </w:num>
  <w:num w:numId="7" w16cid:durableId="1394041175">
    <w:abstractNumId w:val="2"/>
  </w:num>
  <w:num w:numId="8" w16cid:durableId="759565457">
    <w:abstractNumId w:val="1"/>
  </w:num>
  <w:num w:numId="9" w16cid:durableId="203623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1FC"/>
    <w:rsid w:val="00241216"/>
    <w:rsid w:val="002547F3"/>
    <w:rsid w:val="0029639D"/>
    <w:rsid w:val="00326F90"/>
    <w:rsid w:val="0033127C"/>
    <w:rsid w:val="004F66AC"/>
    <w:rsid w:val="005E1329"/>
    <w:rsid w:val="006F2FA1"/>
    <w:rsid w:val="0072148E"/>
    <w:rsid w:val="00725D03"/>
    <w:rsid w:val="008067D9"/>
    <w:rsid w:val="008233E3"/>
    <w:rsid w:val="00843611"/>
    <w:rsid w:val="00914DD7"/>
    <w:rsid w:val="0094749F"/>
    <w:rsid w:val="009569D3"/>
    <w:rsid w:val="00AA1D8D"/>
    <w:rsid w:val="00B47730"/>
    <w:rsid w:val="00C92765"/>
    <w:rsid w:val="00CB0664"/>
    <w:rsid w:val="00E23098"/>
    <w:rsid w:val="00F15DA1"/>
    <w:rsid w:val="00F30BCE"/>
    <w:rsid w:val="00F84A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FD4DC"/>
  <w14:defaultImageDpi w14:val="300"/>
  <w15:docId w15:val="{834AB91D-58A2-434F-9F49-B956FDDB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2547F3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Андрій Мартинюк</cp:lastModifiedBy>
  <cp:revision>5</cp:revision>
  <dcterms:created xsi:type="dcterms:W3CDTF">2026-09-11T08:21:00Z</dcterms:created>
  <dcterms:modified xsi:type="dcterms:W3CDTF">2026-09-11T11:22:00Z</dcterms:modified>
  <cp:category/>
</cp:coreProperties>
</file>